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סוגי היצירה הספרותית הנלמדים בכיתות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מרכזיים של 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מספרת סיפור מסתורי בחרוזים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היחידה בדף - רגע אחד שמשנה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לא בכל שיר יש חריזה בכל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הוראות הבמה הן חלק קבוע ממחזה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בלדה היא שיר שמספר סיפור עם עלילה ומתח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מקור הסיפורים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הוראת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מוסר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(בעלי חיים ומוסר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(דובר, בית וטור, חריזה)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(דמויות, דיאלוג והוראות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(עלילה מסתורית עם סוף מפתיע)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 שעובר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 הוא סיפור קצר עם בעלי חיים שמלמד מוסר השכל; אגדה היא סיפור עם שעובר מדור לדור ולא תמיד יש בה בעלי 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שמתארת אירוע שמשנה את מצב הדמות או הבנתה תתקבל.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סוגה אחת, הזכיר מאפיין אחד שלה לפחות ונימק את הבחירה באופן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מוסר השכל הוא הלקח שהמשל מלמד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בשיר יש דובר וחריזה, ובמחזה יש דמויות ודיאלוג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כוללת עלילה מסתורית, מתח וסוף מפתיע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בהצגת כותרות שש היחידות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לפי כיתה (ז, ח, ט) ולתרגל את המושגים הרלוונטיים לכל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בחירה חופשית כדי לעודד מעורבות ולחבר בין היחידות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סוגות בספרות - משל, אגדה, סיפור קצר, שיר, מחזה ובלדה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בשנים ז-ט לומדים שש יחידות בספרות: משל, אגדה וסיפור עם, סיפור קצר, שיר, מחזה קצר ובלדה. בדף הזה נתרגל את המושגים המרכזיים של כל סוגה ואת ההבדלים ביניהן.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סוגה הדוברים הם לרוב בעלי חיים שמייצגים תכונות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נקרא הלקח שעולה מהמשל?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נכתבת כדי להיות מוצגת על במה עם שחקנים?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מאפיין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מספרת סיפור מסתורי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כתובה בפרוזה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מספר את השיר ומביע בו רגשות ומחשבות?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בגוף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הקצר לרוב יש רגע אחד משמעותי שמשנה את הדמות או את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חייבת להיות חריזה בכל שורה ושורה.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במחזה יש הוראות במה שמנחות את השחקנים.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מאמר מדעי שאינו מספר 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אגדה וסיפור עם עברו מדור לדור בעל פה לפני שנכתבו.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בעלי החיים מדברים ומלמדים אותנו לקח.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מי שמדבר בשיר ומביע רגשות.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הנחיה לשחקנים כיצד לזוז או לדבר על הבמה.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הלקח שעולה מהמשל.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שיר שמספר סיפור מסתורי עם עלילה ומתח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דובר, בית וטור, חריזה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בעלי חיים ומוסר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דמויות, דיאלוג והוראות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אגדה וסיפור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עלילה מסתורית עם סוף מפתיע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משל לאגדה.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משמעותי אחד שיכול להופיע בסיפור קצר ולשנות את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מהיחידות (משל, אגדה, סיפור קצר, שיר, מחזה, בלדה) וכתבו פסקה קצרה שמסבירה למה היא מעניינת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מוסר השכל, ובאיזו סוגה הוא מופיע?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שיר למחזה?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למאפיין של בלדה.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סוגות בספרות - משל, אגדה, סיפור קצר, שיר, מחזה ובלדה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