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 בספרות - משל, אגדה, סיפור קצר, שיר, מחזה ובלדה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סוגי היצירה הספרותית הנלמדים בכיתות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מרכזיים של כל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בניתוח טקסט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מוסר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היחידה בדף - רגע אחד שמשנה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הוראות הבמה הן חלק קבוע ממחזה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(בעלי חיים ומוסר השכל)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(דובר, בית וטור, חריזה)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שעובר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 הוא סיפור קצר עם בעלי חיים שמלמד מוסר השכל; אגדה היא סיפור עם שעובר מדור לדור ולא תמיד יש בה בעלי חיים.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סוגה אחת, הזכיר מאפיין אחד שלה לפחות ונימק את הבחירה באופן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מוסר השכל הוא הלקח שהמשל מלמד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בשיר יש דובר וחריזה, ובמחזה יש דמויות ודיאלוג על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בלדה כוללת עלילה מסתורית, מתח וסוף מפתיע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בהצגת כותרות שש היחידות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לפי כיתה (ז, ח, ט) ולתרגל את המושגים הרלוונטיים לכל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בחירה חופשית כדי לעודד מעורבות ולחבר בין היחידות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 בספרות - משל, אגדה, סיפור קצר, שיר, מחזה ובלדה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בשנים ז-ט לומדים שש יחידות בספרות: משל, אגדה וסיפור עם, סיפור קצר, שיר, מחזה קצר ובלדה. בדף הזה נתרגל את המושגים המרכזיים של כל סוגה ואת ההבדלים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משל  ·  דובר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סוגה הדוברים הם לרוב בעלי חיים שמייצגים תכונות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נקרא הלקח שעולה מהמשל?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דיאלוג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הקצר לרוב יש רגע אחד משמעותי שמשנה את הדמות או את העלילה.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במחזה יש הוראות במה שמנחות את השחקנים.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בעלי החיים מדברים ומלמדים אותנו לקח.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מי שמדבר בשיר ומביע רגשות.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דובר, בית וטור, חריזה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אגדה וסיפור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בעלי חיים ומוסר השכל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משל לאגדה.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מהיחידות (משל, אגדה, סיפור קצר, שיר, מחזה, בלדה) וכתבו פסקה קצרה שמסבירה למה היא מעניינת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מוסר השכל, ובאיזו סוגה הוא מופיע?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שיר למחזה?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סוגות בספרות - משל, אגדה, סיפור קצר, שיר, מחזה ובלדה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